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Power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Power.html</w:t>
      </w:r>
      <w:r>
        <w:rPr>
          <w:b w:val="0"/>
          <w:i w:val="0"/>
          <w:color w:val="606060"/>
          <w:sz w:val="24"/>
        </w:rPr>
        <w:t xml:space="preserve"> · power as the rate of doing work, P = Fv, human and machine power (Block 11)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school.taneski.com/physics/dp/21-power/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Power.html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Stair race · Car up a hill · Lift motor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a Sankey diagram of the energy transferred so far. On an energy–time graph tick </w:t>
            </w:r>
            <w:r>
              <w:rPr>
                <w:b/>
                <w:i w:val="0"/>
                <w:color w:val="263238"/>
                <w:sz w:val="20"/>
              </w:rPr>
              <w:t>Tangent</w:t>
            </w:r>
            <w:r>
              <w:rPr>
                <w:b w:val="0"/>
                <w:i w:val="0"/>
                <w:color w:val="263238"/>
                <w:sz w:val="20"/>
              </w:rPr>
              <w:t xml:space="preserve">: the gradient is the power. Under </w:t>
            </w:r>
            <w:r>
              <w:rPr>
                <w:b w:val="0"/>
                <w:i/>
                <w:color w:val="263238"/>
                <w:sz w:val="20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tick </w:t>
            </w:r>
            <w:r>
              <w:rPr>
                <w:b/>
                <w:i w:val="0"/>
                <w:color w:val="263238"/>
                <w:sz w:val="20"/>
              </w:rPr>
              <w:t>Area</w:t>
            </w:r>
            <w:r>
              <w:rPr>
                <w:b w:val="0"/>
                <w:i w:val="0"/>
                <w:color w:val="263238"/>
                <w:sz w:val="20"/>
              </w:rPr>
              <w:t>: the area is the energy.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</w:t>
            </w:r>
            <w:r>
              <w:rPr>
                <w:b w:val="0"/>
                <w:i/>
                <w:color w:val="263238"/>
                <w:sz w:val="20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 xml:space="preserve"> = Δ</w:t>
            </w:r>
            <w:r>
              <w:rPr>
                <w:b w:val="0"/>
                <w:i/>
                <w:color w:val="263238"/>
                <w:sz w:val="20"/>
              </w:rPr>
              <w:t>W</w:t>
            </w:r>
            <w:r>
              <w:rPr>
                <w:b w:val="0"/>
                <w:i w:val="0"/>
                <w:color w:val="263238"/>
                <w:sz w:val="20"/>
              </w:rPr>
              <w:t>/Δ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Fv</w:t>
            </w:r>
            <w:r>
              <w:rPr>
                <w:b w:val="0"/>
                <w:i w:val="0"/>
                <w:color w:val="263238"/>
                <w:sz w:val="20"/>
              </w:rPr>
              <w:t xml:space="preserve"> · 1 W = 1 J s⁻¹ · 1 hp = 746 W.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1-powe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🏃 You walk up the stairs, then run up them. Which needs more energy? Which needs more power?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🚗 A car drives up a hill at constant speed. Is the driving force zero, equal to the resistive force, or bigger?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🛗 A lift speeds up while it rises. Is the motor's power bigger, smaller or the same as at steady speed?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A car accelerates at full power. As it speeds up, does its driving force go up, down or stay the same?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20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Why do you get hot when you run up the stairs?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75 kg student climbs 4.0 m of stairs in 5.0 s. Calculate the useful power. Check: Stair race → Exit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car cruises at 25 m s⁻¹ against 800 N of resistive forces. Calculate the useful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(retrieval) A driving force of 2.0 kN keeps a van at 15 m s⁻¹. Calculate the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3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lab: who is the most powerful?</w:t>
      </w:r>
    </w:p>
    <w:p>
      <w:pPr>
        <w:spacing w:after="120" w:before="0"/>
      </w:pPr>
      <w:r>
        <w:rPr>
          <w:b w:val="0"/>
          <w:i w:val="0"/>
          <w:color w:val="263238"/>
          <w:sz w:val="21"/>
        </w:rPr>
        <w:t>Count the steps, measure one step height and time each climb with two stopwatches (take the mean). Put each student's values into Stair race and ● Record. The first row is the simulation's walking demo.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04"/>
        <w:gridCol w:w="793"/>
        <w:gridCol w:w="737"/>
        <w:gridCol w:w="1077"/>
        <w:gridCol w:w="793"/>
        <w:gridCol w:w="850"/>
        <w:gridCol w:w="850"/>
        <w:gridCol w:w="1077"/>
        <w:gridCol w:w="1134"/>
        <w:gridCol w:w="1077"/>
      </w:tblGrid>
      <w:tr>
        <w:tc>
          <w:tcPr>
            <w:tcW w:type="dxa" w:w="130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student</w:t>
            </w:r>
          </w:p>
        </w:tc>
        <w:tc>
          <w:tcPr>
            <w:tcW w:type="dxa" w:w="79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 / kg</w:t>
            </w:r>
          </w:p>
        </w:tc>
        <w:tc>
          <w:tcPr>
            <w:tcW w:type="dxa" w:w="73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steps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step height / m</w:t>
            </w:r>
          </w:p>
        </w:tc>
        <w:tc>
          <w:tcPr>
            <w:tcW w:type="dxa" w:w="79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 / m</w:t>
            </w:r>
          </w:p>
        </w:tc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/ s</w:t>
            </w:r>
          </w:p>
        </w:tc>
        <w:tc>
          <w:tcPr>
            <w:tcW w:type="dxa" w:w="850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/ s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mean t / s</w:t>
            </w:r>
          </w:p>
        </w:tc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mgh / J</w:t>
            </w:r>
          </w:p>
        </w:tc>
        <w:tc>
          <w:tcPr>
            <w:tcW w:type="dxa" w:w="107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 / W</w:t>
            </w: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demo (walk)</w:t>
            </w: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60</w:t>
            </w: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16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0.17</w:t>
            </w: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8.0</w:t>
            </w: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25" w:hRule="atLeast"/>
        </w:trPr>
        <w:tc>
          <w:tcPr>
            <w:tcW w:type="dxa" w:w="130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3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79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850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07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Running demo: the same 60 kg student runs up the 16 steps (17 cm each) in 3.0 s. Calculate the height, the useful power and the power in horsepower.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Muscles are about 25 % efficient. Calculate the chemical energy used for the run and sketch the Sankey diagram (check: Sankey in the middle column).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268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 and Sankey diagram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Record the 60 kg walker 6 times with different times (2, 3, 4, 6, 8, 10 s). Plot P against 1/t. What does the gradient represent?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1360"/>
        <w:gridCol w:w="1360"/>
        <w:gridCol w:w="1360"/>
        <w:gridCol w:w="1360"/>
        <w:gridCol w:w="1360"/>
        <w:gridCol w:w="1360"/>
      </w:tblGrid>
      <w:tr>
        <w:tc>
          <w:tcPr>
            <w:tcW w:type="dxa" w:w="158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t / s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6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8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10</w:t>
            </w:r>
          </w:p>
        </w:tc>
      </w:tr>
      <w:tr>
        <w:trPr>
          <w:cantSplit/>
          <w:trHeight w:val="396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1/t / s⁻¹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58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P / W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320000" cy="29264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grid-Pin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26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before="0"/>
      </w:pPr>
      <w:r>
        <w:rPr>
          <w:b w:val="0"/>
          <w:i w:val="0"/>
          <w:color w:val="263238"/>
          <w:sz w:val="21"/>
        </w:rPr>
        <w:t>Gradient = ______________ .  It represents ______________________________ .</w:t>
      </w: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(card P2) A 1200 kg car drives up a 5.0° hill at a constant 20 m s⁻¹ against 500 N of resistive forces. Draw the free-body diagram, then calculate the driving force and the 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49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(card P3) An 800 kg lift rises at a steady 1.5 m s⁻¹. Calculate the power output of the motor.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same lift starts with an acceleration of 1.0 m s⁻². Calculate the tension and the power at the moment its speed reaches 1.5 m s⁻¹.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The card P2 car has a maximum power of 60 kW. Calculate its top speed up the 5.0° hill. Explain why it cannot go faster.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Cruise the card P2 car up the hill at 10, 15, 20, 25, 30 and 35 m s⁻¹ and record P. Plot P against v; find the gradient. What does it represent?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140000" cy="24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-grid-Pv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4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before="0"/>
      </w:pPr>
      <w:r>
        <w:rPr>
          <w:b w:val="0"/>
          <w:i w:val="0"/>
          <w:color w:val="263238"/>
          <w:sz w:val="21"/>
        </w:rPr>
        <w:t>Gradient = ______________ .  It represents ______________________________ 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Power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