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Angled Launch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Angled launch.html</w:t>
      </w:r>
      <w:r>
        <w:rPr>
          <w:color w:val="606060"/>
          <w:sz w:val="24"/>
        </w:rPr>
        <w:t xml:space="preserve"> · A.1 Kinematics: projectile launched at an angle — components of </w:t>
      </w:r>
      <w:r>
        <w:rPr>
          <w:i/>
          <w:color w:val="606060"/>
          <w:sz w:val="24"/>
        </w:rPr>
        <w:t>u</w:t>
      </w:r>
      <w:r>
        <w:rPr>
          <w:color w:val="606060"/>
          <w:sz w:val="24"/>
        </w:rPr>
        <w:t>, maximum height, time of flight, range; goes with the launcher / water-jet range demo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school.taneski.com/physics/dp/12-angled-launch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Angled launch.html</w:t>
            </w:r>
            <w:r>
              <w:rPr>
                <w:sz w:val="20"/>
              </w:rPr>
              <w:t xml:space="preserve">). Set the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the angle θ and the launch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 xml:space="preserve">. With </w:t>
            </w:r>
            <w:r>
              <w:rPr>
                <w:b/>
                <w:sz w:val="20"/>
              </w:rPr>
              <w:t>Keep paths</w:t>
            </w:r>
            <w:r>
              <w:rPr>
                <w:sz w:val="20"/>
              </w:rPr>
              <w:t xml:space="preserve"> on, earlier launches stay on the screen so you can compare angles.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demo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. Resolve first: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θ,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θ. Then horizontal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0, vertical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−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Angled launch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Same speed, from the ground: which angle gives the longest range?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Compare 30° and 60° (same speed). How do the ranges compare?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What is the velocity of the ball at the highest point?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Which angle (15°, 45° or 75°) keeps the ball in the air longest?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time of flight for u = 10 m s</w:t>
      </w:r>
      <w:r>
        <w:rPr>
          <w:b/>
          <w:vertAlign w:val="superscript"/>
        </w:rPr>
        <w:t>−1</w:t>
      </w:r>
      <w:r>
        <w:rPr>
          <w:b/>
        </w:rPr>
        <w:t xml:space="preserve"> at 30° from the ground. Check with the simulation.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the range demo</w:t>
      </w:r>
    </w:p>
    <w:p>
      <w:pPr>
        <w:keepNext/>
      </w:pPr>
      <w:r>
        <w:rPr>
          <w:b/>
        </w:rPr>
        <w:t>Demo.</w:t>
      </w:r>
      <w:r>
        <w:rPr/>
        <w:t xml:space="preserve"> The launcher (or water jet) fires at the same speed at different angles; mark where it lands. </w:t>
      </w:r>
      <w:r>
        <w:rPr>
          <w:b/>
        </w:rPr>
        <w:t>Simulation:</w:t>
      </w:r>
      <w:r>
        <w:rPr/>
        <w:t xml:space="preserve"> </w:t>
      </w:r>
      <w:r>
        <w:rPr>
          <w:i/>
        </w:rPr>
        <w:t>u</w:t>
      </w:r>
      <w:r>
        <w:rPr/>
        <w:t xml:space="preserve"> = 6.0 m s</w:t>
      </w:r>
      <w:r>
        <w:rPr>
          <w:vertAlign w:val="superscript"/>
        </w:rPr>
        <w:t>−1</w:t>
      </w:r>
      <w:r>
        <w:rPr/>
        <w:t xml:space="preserve"> from the ground, same angles, Keep paths on, </w:t>
      </w:r>
      <w:r>
        <w:rPr>
          <w:b/>
        </w:rPr>
        <w:t>● Record</w:t>
      </w:r>
      <w:r>
        <w:rPr/>
        <w:t xml:space="preserve"> each launch.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494"/>
        <w:gridCol w:w="2608"/>
        <w:gridCol w:w="2268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249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(demo) / m</w:t>
            </w:r>
          </w:p>
        </w:tc>
        <w:tc>
          <w:tcPr>
            <w:tcW w:type="dxa" w:w="260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(simulation)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difference / %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15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45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60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75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Range at 45° in the simulation (u = 6.0 m s</w:t>
      </w:r>
      <w:r>
        <w:rPr>
          <w:b/>
          <w:vertAlign w:val="superscript"/>
        </w:rPr>
        <w:t>−1</w:t>
      </w:r>
      <w:r>
        <w:rPr>
          <w:b/>
        </w:rPr>
        <w:t>). Show the calculation.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Which pairs of angles land at the same place? Explain using R = u</w:t>
      </w:r>
      <w:r>
        <w:rPr>
          <w:b/>
          <w:vertAlign w:val="superscript"/>
        </w:rPr>
        <w:t>2</w:t>
      </w:r>
      <w:r>
        <w:rPr>
          <w:b/>
        </w:rPr>
        <w:t xml:space="preserve"> sin 2θ / g.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In the demo the longest range was 3.0 m, at about 45°. Estimate the launch speed of the demo.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Why are the demo ranges a little shorter than the simulation, especially at steep angles? Give two reasons.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>
          <w:i/>
        </w:rPr>
        <w:t>u</w:t>
      </w:r>
      <w:r>
        <w:rPr/>
        <w:t xml:space="preserve"> = 10 m s</w:t>
      </w:r>
      <w:r>
        <w:rPr>
          <w:vertAlign w:val="superscript"/>
        </w:rPr>
        <w:t>−1</w:t>
      </w:r>
      <w:r>
        <w:rPr/>
        <w:t xml:space="preserve"> from the ground. Record one launch at each angle.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49"/>
        <w:gridCol w:w="1049"/>
        <w:gridCol w:w="1049"/>
        <w:gridCol w:w="1049"/>
        <w:gridCol w:w="1049"/>
        <w:gridCol w:w="1049"/>
        <w:gridCol w:w="1049"/>
        <w:gridCol w:w="1049"/>
      </w:tblGrid>
      <w:tr>
        <w:trPr>
          <w:trHeight w:val="567"/>
        </w:trPr>
        <w:tc>
          <w:tcPr>
            <w:tcW w:type="dxa" w:w="124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80</w:t>
            </w: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R (y-axis) against θ (x-axis) and draw a smooth curve.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2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2. Maximum range from your graph: R = ________ m at θ = ________°</w:t>
      </w:r>
    </w:p>
    <w:p>
      <w:pPr>
        <w:keepNext/>
        <w:spacing w:after="40"/>
      </w:pPr>
      <w:r>
        <w:rPr>
          <w:b/>
        </w:rPr>
        <w:t>3. A football is kicked from the ground at 15 m s</w:t>
      </w:r>
      <w:r>
        <w:rPr>
          <w:b/>
          <w:vertAlign w:val="superscript"/>
        </w:rPr>
        <w:t>−1</w:t>
      </w:r>
      <w:r>
        <w:rPr>
          <w:b/>
        </w:rPr>
        <w:t>, 35° above the horizontal. Calculate the maximum height.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Calculate the time of flight.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range.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What is the speed of the ball at the highest point?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A stone is thrown from the top of a 20 m cliff at 12 m s</w:t>
      </w:r>
      <w:r>
        <w:rPr>
          <w:b/>
          <w:vertAlign w:val="superscript"/>
        </w:rPr>
        <w:t>−1</w:t>
      </w:r>
      <w:r>
        <w:rPr>
          <w:b/>
        </w:rPr>
        <w:t>, 30° above the horizontal. How far from the foot of the cliff does it land?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From the top of the cliff, is the best angle for the longest range 45°, more or less?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Angled launch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