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Pendulum Tension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Pendulum tension.html</w:t>
      </w:r>
      <w:r>
        <w:rPr>
          <w:color w:val="606060"/>
          <w:sz w:val="24"/>
        </w:rPr>
        <w:t xml:space="preserve"> · tension, circular motion (Block 5) and energy (Block 10)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school.taneski.com/physics/dp/09-pendulum-tension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Pendulum tension.html</w:t>
            </w:r>
            <w:r>
              <w:rPr>
                <w:sz w:val="20"/>
              </w:rPr>
              <w:t xml:space="preserve">). Choose the object, its size, the string length and θ₀. </w:t>
            </w:r>
            <w:r>
              <w:rPr>
                <w:b/>
                <w:sz w:val="20"/>
              </w:rPr>
              <w:t>✋ Hold aside</w:t>
            </w:r>
            <w:r>
              <w:rPr>
                <w:sz w:val="20"/>
              </w:rPr>
              <w:t xml:space="preserve"> holds the bob still; </w:t>
            </w:r>
            <w:r>
              <w:rPr>
                <w:b/>
                <w:sz w:val="20"/>
              </w:rPr>
              <w:t>▶ Release</w:t>
            </w:r>
            <w:r>
              <w:rPr>
                <w:sz w:val="20"/>
              </w:rPr>
              <w:t xml:space="preserve"> lets it swing. The newton meter at the top shows the tension.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with a newton-meter pendulum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 xml:space="preserve">. </w:t>
            </w:r>
            <w:r>
              <w:rPr>
                <w:i/>
                <w:sz w:val="20"/>
              </w:rPr>
              <w:t>L</w:t>
            </w:r>
            <w:r>
              <w:rPr>
                <w:sz w:val="20"/>
              </w:rPr>
              <w:t xml:space="preserve"> is measured to the </w:t>
            </w:r>
            <w:r>
              <w:rPr>
                <w:b/>
                <w:sz w:val="20"/>
              </w:rPr>
              <w:t>centre</w:t>
            </w:r>
            <w:r>
              <w:rPr>
                <w:sz w:val="20"/>
              </w:rPr>
              <w:t xml:space="preserve"> of the bob.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Pendulum tension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020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A 200 g mass is held still at 30° by a horizontal pull. Is T less than, equal to or more than mg?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20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Released from 30°: T at the bottom of the swing compared with mg?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20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Triple the string length, same 30° release. The peak tension?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20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Double the mass. Peak tension? Period?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20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5. Ping-pong ball or steel ball (same size): which keeps swinging longer?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6.</w:t>
      </w:r>
      <w:r>
        <w:rPr/>
        <w:t xml:space="preserve"> Draw the free-body diagram of the 200 g mass held still at 30°, and calculate the tension and the hand's pull.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11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 and working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2 — During the lab: newton-meter pendulum (200 g)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1701"/>
        <w:gridCol w:w="1928"/>
        <w:gridCol w:w="3175"/>
      </w:tblGrid>
      <w:tr>
        <w:trPr>
          <w:trHeight w:val="482"/>
        </w:trPr>
        <w:tc>
          <w:tcPr>
            <w:tcW w:type="dxa" w:w="283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situation</w:t>
            </w:r>
          </w:p>
        </w:tc>
        <w:tc>
          <w:tcPr>
            <w:tcW w:type="dxa" w:w="170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sim 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our reading / N</w:t>
            </w:r>
          </w:p>
        </w:tc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theory</w:t>
            </w:r>
          </w:p>
        </w:tc>
      </w:tr>
      <w:tr>
        <w:trPr>
          <w:trHeight w:val="482"/>
        </w:trP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20"/>
              </w:rPr>
              <w:t>at rest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mg</w:t>
            </w:r>
          </w:p>
        </w:tc>
      </w:tr>
      <w:tr>
        <w:trPr>
          <w:trHeight w:val="482"/>
        </w:trPr>
        <w:tc>
          <w:tcPr>
            <w:tcW w:type="dxa" w:w="2835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held at 20°</w:t>
            </w:r>
          </w:p>
        </w:tc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92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3175"/>
            <w:shd w:val="clear" w:color="auto" w:fill="F2F5F9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mg</w:t>
            </w:r>
            <w:r>
              <w:rPr>
                <w:sz w:val="20"/>
              </w:rPr>
              <w:t xml:space="preserve"> / cos 20°</w:t>
            </w:r>
          </w:p>
        </w:tc>
      </w:tr>
      <w:tr>
        <w:trPr>
          <w:trHeight w:val="482"/>
        </w:trP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20"/>
              </w:rPr>
              <w:t>held at 40°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mg</w:t>
            </w:r>
            <w:r>
              <w:rPr>
                <w:sz w:val="20"/>
              </w:rPr>
              <w:t xml:space="preserve"> / cos 40°</w:t>
            </w:r>
          </w:p>
        </w:tc>
      </w:tr>
      <w:tr>
        <w:trPr>
          <w:trHeight w:val="482"/>
        </w:trPr>
        <w:tc>
          <w:tcPr>
            <w:tcW w:type="dxa" w:w="2835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bottom of a swing from 40°</w:t>
            </w:r>
          </w:p>
        </w:tc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92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3175"/>
            <w:shd w:val="clear" w:color="auto" w:fill="F2F5F9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mg</w:t>
            </w:r>
            <w:r>
              <w:rPr>
                <w:sz w:val="20"/>
              </w:rPr>
              <w:t>(3 − 2 cos 40°)</w:t>
            </w:r>
          </w:p>
        </w:tc>
      </w:tr>
    </w:tbl>
    <w:p>
      <w:pPr>
        <w:spacing w:after="40"/>
      </w:pPr>
    </w:p>
    <w:p>
      <w:r>
        <w:rPr>
          <w:b/>
        </w:rPr>
        <w:t>7.</w:t>
      </w:r>
      <w:r>
        <w:rPr/>
        <w:t xml:space="preserve"> Why is the peak tension of a swing so hard to read on a real newton meter? How could you measure it better?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</w:t>
      </w:r>
    </w:p>
    <w:p>
      <w:pPr>
        <w:keepNext/>
      </w:pPr>
      <w:r>
        <w:rPr>
          <w:b/>
        </w:rPr>
        <w:t>8.</w:t>
      </w:r>
      <w:r>
        <w:rPr/>
        <w:t xml:space="preserve"> Use energy and the circular-motion equation to show that the tension at the bottom of a swing from θ₀ is </w:t>
      </w:r>
      <w:r>
        <w:rPr>
          <w:i/>
        </w:rPr>
        <w:t>T</w:t>
      </w:r>
      <w:r>
        <w:rPr/>
        <w:t xml:space="preserve"> = </w:t>
      </w:r>
      <w:r>
        <w:rPr>
          <w:i/>
        </w:rPr>
        <w:t>mg</w:t>
      </w:r>
      <w:r>
        <w:rPr/>
        <w:t xml:space="preserve">(3 − 2 cos θ₀). Why does it not depend on </w:t>
      </w:r>
      <w:r>
        <w:rPr>
          <w:i/>
        </w:rPr>
        <w:t>L</w:t>
      </w:r>
      <w:r>
        <w:rPr/>
        <w:t>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11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Derivation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1134"/>
        <w:gridCol w:w="1134"/>
        <w:gridCol w:w="1134"/>
        <w:gridCol w:w="1134"/>
        <w:gridCol w:w="1134"/>
        <w:gridCol w:w="1134"/>
        <w:gridCol w:w="1134"/>
      </w:tblGrid>
      <w:tr>
        <w:trPr>
          <w:trHeight w:val="454"/>
        </w:trPr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θ₀ / °</w:t>
            </w:r>
          </w:p>
        </w:tc>
        <w:tc>
          <w:tcPr>
            <w:tcW w:type="dxa" w:w="113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10</w:t>
            </w:r>
          </w:p>
        </w:tc>
        <w:tc>
          <w:tcPr>
            <w:tcW w:type="dxa" w:w="113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20</w:t>
            </w:r>
          </w:p>
        </w:tc>
        <w:tc>
          <w:tcPr>
            <w:tcW w:type="dxa" w:w="113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30</w:t>
            </w:r>
          </w:p>
        </w:tc>
        <w:tc>
          <w:tcPr>
            <w:tcW w:type="dxa" w:w="113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40</w:t>
            </w:r>
          </w:p>
        </w:tc>
        <w:tc>
          <w:tcPr>
            <w:tcW w:type="dxa" w:w="113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50</w:t>
            </w:r>
          </w:p>
        </w:tc>
        <w:tc>
          <w:tcPr>
            <w:tcW w:type="dxa" w:w="113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60</w:t>
            </w:r>
          </w:p>
        </w:tc>
        <w:tc>
          <w:tcPr>
            <w:tcW w:type="dxa" w:w="113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70</w:t>
            </w:r>
          </w:p>
        </w:tc>
      </w:tr>
      <w:tr>
        <w:trPr>
          <w:trHeight w:val="454"/>
        </w:trPr>
        <w:tc>
          <w:tcPr>
            <w:tcW w:type="dxa" w:w="1587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T</w:t>
            </w:r>
            <w:r>
              <w:rPr>
                <w:sz w:val="20"/>
                <w:vertAlign w:val="subscript"/>
              </w:rPr>
              <w:t>max</w:t>
            </w:r>
            <w:r>
              <w:rPr>
                <w:sz w:val="20"/>
              </w:rPr>
              <w:t xml:space="preserve"> / 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T</w:t>
            </w:r>
            <w:r>
              <w:rPr>
                <w:sz w:val="20"/>
                <w:vertAlign w:val="subscript"/>
              </w:rPr>
              <w:t>max</w:t>
            </w:r>
            <w:r>
              <w:rPr>
                <w:sz w:val="20"/>
              </w:rPr>
              <w:t>/</w:t>
            </w:r>
            <w:r>
              <w:rPr>
                <w:i/>
                <w:sz w:val="20"/>
              </w:rPr>
              <w:t>mg</w:t>
            </w:r>
          </w:p>
        </w:tc>
        <w:tc>
          <w:tcPr>
            <w:tcW w:type="dxa" w:w="113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3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3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3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3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3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34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20"/>
              </w:rPr>
              <w:t>1 − cos θ₀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9.</w:t>
      </w:r>
      <w:r>
        <w:rPr/>
        <w:t xml:space="preserve"> Plot </w:t>
      </w:r>
      <w:r>
        <w:rPr>
          <w:i/>
        </w:rPr>
        <w:t>T</w:t>
      </w:r>
      <w:r>
        <w:rPr>
          <w:vertAlign w:val="subscript"/>
        </w:rPr>
        <w:t>max</w:t>
      </w:r>
      <w:r>
        <w:rPr/>
        <w:t>/</w:t>
      </w:r>
      <w:r>
        <w:rPr>
          <w:i/>
        </w:rPr>
        <w:t>mg</w:t>
      </w:r>
      <w:r>
        <w:rPr/>
        <w:t xml:space="preserve"> against (1 − cos θ₀). Gradient = ________  Intercept = ________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00000" cy="24153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9_ratio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15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</w:rPr>
        <w:t>10.</w:t>
      </w:r>
      <w:r>
        <w:rPr/>
        <w:t xml:space="preserve"> Block 10 pendulum: </w:t>
      </w:r>
      <w:r>
        <w:rPr>
          <w:i/>
        </w:rPr>
        <w:t>L</w:t>
      </w:r>
      <w:r>
        <w:rPr/>
        <w:t xml:space="preserve"> = 1.0 m released from 25°. Calculate the speed at the bottom and the tension there for a 1.0 kg bob. Then calculate the period for small swings.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11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>11.</w:t>
      </w:r>
      <w:r>
        <w:rPr/>
        <w:t xml:space="preserve"> Explain why the balloon pendulum stops after a few swings while the steel ball keeps going.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Pendulum tension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