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Normal Force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Normal force.html</w:t>
      </w:r>
      <w:r>
        <w:rPr>
          <w:color w:val="606060"/>
          <w:sz w:val="24"/>
        </w:rPr>
        <w:t xml:space="preserve"> · goes with carousel Station 1 (weight and normal force)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school.taneski.com/physics/dp/02-normal-force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Normal force.html</w:t>
            </w:r>
            <w:r>
              <w:rPr>
                <w:sz w:val="20"/>
              </w:rPr>
              <w:t xml:space="preserve">). Choose the situation at the bottom: </w:t>
            </w:r>
            <w:r>
              <w:rPr>
                <w:b/>
                <w:sz w:val="20"/>
              </w:rPr>
              <w:t>Push / pull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Ramp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Lift</w:t>
            </w:r>
            <w:r>
              <w:rPr>
                <w:sz w:val="20"/>
              </w:rPr>
              <w:t xml:space="preserve"> or </w:t>
            </w:r>
            <w:r>
              <w:rPr>
                <w:b/>
                <w:sz w:val="20"/>
              </w:rPr>
              <w:t>Stack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sheet. The simulation checks your numbers;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1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A scale shows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in kg.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Normal for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test it. Lock it in on the sim, test it, then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You press down on a 1.00 kg mass on a kitchen scale with 5.0 N. What does the scale read?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You pull up on the same mass with 5.0 N (it stays on the scale). What does the scale read?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The scale with the 1.00 kg mass is tilted to 30°. What happens to the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A 60 kg student is on a bathroom scale in a lift that speeds up going up.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The lift cable snaps and the lift falls freely.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6. A 2.0 kg block sits on a 3.0 kg block on a table. How hard does the table push up?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Draw the free-body diagram of the 1.00 kg mass while you push down with 5.0 N. Then calculate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(five steps).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 N     Scale reading = __________ kg</w:t>
      </w:r>
    </w:p>
    <w:p>
      <w:pPr>
        <w:pStyle w:val="Heading1"/>
      </w:pPr>
      <w:r>
        <w:rPr/>
        <w:t>Part 2 — During the lab: Station 1</w:t>
      </w:r>
    </w:p>
    <w:p>
      <w:r>
        <w:rPr/>
        <w:t>1.00 kg mass on the kitchen scale. Use the sim, then compare with your Station 1 measurements.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814"/>
        <w:gridCol w:w="2154"/>
        <w:gridCol w:w="1814"/>
        <w:gridCol w:w="2154"/>
      </w:tblGrid>
      <w:tr>
        <w:trPr>
          <w:trHeight w:val="510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Angle θ / °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reading / kg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Predicted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cos θ / kg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reading / kg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cos θ / N</w:t>
            </w:r>
          </w:p>
        </w:tc>
      </w:tr>
      <w:tr>
        <w:trPr>
          <w:trHeight w:val="510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15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Give </w:t>
      </w:r>
      <w:r>
        <w:rPr>
          <w:b/>
        </w:rPr>
        <w:t>one</w:t>
      </w:r>
      <w:r>
        <w:rPr/>
        <w:t xml:space="preserve"> reason why your measured readings differ from the simulation.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9.</w:t>
      </w:r>
      <w:r>
        <w:rPr/>
        <w:t xml:space="preserve"> Why does the scale read less on the slope? Which force holds the mass up </w:t>
      </w:r>
      <w:r>
        <w:rPr>
          <w:b/>
        </w:rPr>
        <w:t>along</w:t>
      </w:r>
      <w:r>
        <w:rPr/>
        <w:t xml:space="preserve"> the slope?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10.</w:t>
      </w:r>
      <w:r>
        <w:rPr/>
        <w:t xml:space="preserve"> At Station 1 you pressed down with one finger. Explain what happened to the reading using the FBD.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pStyle w:val="Heading2"/>
      </w:pPr>
      <w:r>
        <w:rPr/>
        <w:t>A. Pushing and pulling (m = 2.00 kg)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049"/>
        <w:gridCol w:w="1049"/>
        <w:gridCol w:w="1049"/>
        <w:gridCol w:w="1049"/>
        <w:gridCol w:w="1049"/>
        <w:gridCol w:w="1049"/>
        <w:gridCol w:w="1049"/>
      </w:tblGrid>
      <w:tr>
        <w:trPr>
          <w:trHeight w:val="454"/>
        </w:trPr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Hand force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/ N (push +)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-15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-10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15</w:t>
            </w:r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against </w:t>
      </w:r>
      <w:r>
        <w:rPr>
          <w:i/>
        </w:rPr>
        <w:t>F</w:t>
      </w:r>
      <w:r>
        <w:rPr/>
        <w:t xml:space="preserve">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7995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2_push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99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12.</w:t>
      </w:r>
      <w:r>
        <w:rPr/>
        <w:t xml:space="preserve"> Gradient = __________   Intercept = __________ N.   What does each one mean physically?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B. Tilting (m = 2.00 kg)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587"/>
        <w:gridCol w:w="1587"/>
        <w:gridCol w:w="1587"/>
        <w:gridCol w:w="1587"/>
        <w:gridCol w:w="1587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cos θ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13.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against cos θ. Gradient = __________ N. Which quantity does the gradient equal?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8034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2_ramp_blan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3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/>
        <w:t>C. Lift (Newton's 2nd law — Blocks 3–4)</w:t>
      </w:r>
    </w:p>
    <w:p>
      <w:pPr>
        <w:keepNext/>
      </w:pPr>
      <w:r>
        <w:rPr>
          <w:b/>
        </w:rPr>
        <w:t>14.</w:t>
      </w:r>
      <w:r>
        <w:rPr/>
        <w:t xml:space="preserve"> A 60 kg student stands on a bathroom scale in a lift that accelerates </w:t>
      </w:r>
      <w:r>
        <w:rPr>
          <w:b/>
        </w:rPr>
        <w:t>upward</w:t>
      </w:r>
      <w:r>
        <w:rPr/>
        <w:t xml:space="preserve"> at 1.5 m s</w:t>
      </w:r>
      <w:r>
        <w:rPr>
          <w:vertAlign w:val="superscript"/>
        </w:rPr>
        <w:t>−2</w:t>
      </w:r>
      <w:r>
        <w:rPr/>
        <w:t>. Draw the FBD and calculate the scale reading in N and in kg.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b/>
        </w:rPr>
        <w:t>15.</w:t>
      </w:r>
      <w:r>
        <w:rPr/>
        <w:t xml:space="preserve"> The lift now </w:t>
      </w:r>
      <w:r>
        <w:rPr>
          <w:b/>
        </w:rPr>
        <w:t>slows down while going up</w:t>
      </w:r>
      <w:r>
        <w:rPr/>
        <w:t xml:space="preserve"> (acceleration 1.5 m s</w:t>
      </w:r>
      <w:r>
        <w:rPr>
          <w:vertAlign w:val="superscript"/>
        </w:rPr>
        <w:t>−2</w:t>
      </w:r>
      <w:r>
        <w:rPr/>
        <w:t xml:space="preserve"> downward). What does the scale show in kg?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16.</w:t>
      </w:r>
      <w:r>
        <w:rPr/>
        <w:t xml:space="preserve"> Explain why the scale reads 0 kg in free fall, even though the student's weight is still 589 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D. Stack</w:t>
      </w:r>
    </w:p>
    <w:p>
      <w:pPr>
        <w:keepNext/>
      </w:pPr>
      <w:r>
        <w:rPr>
          <w:b/>
        </w:rPr>
        <w:t>17.</w:t>
      </w:r>
      <w:r>
        <w:rPr/>
        <w:t xml:space="preserve"> Blocks 1 (3.0 kg, bottom), 2 (2.0 kg) and 3 (1.0 kg, top) are stacked on a table. Draw the FBD of block 1 and calculate the force of block 2 on block 1 and the force of the table on block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b/>
        </w:rPr>
        <w:t>18.</w:t>
      </w:r>
      <w:r>
        <w:rPr/>
        <w:t xml:space="preserve"> Name the Newton's 3rd-law partner of 'the force of block 2 on block 1'. Why is the weight of block 2 </w:t>
      </w:r>
      <w:r>
        <w:rPr>
          <w:b/>
        </w:rPr>
        <w:t>not</w:t>
      </w:r>
      <w:r>
        <w:rPr/>
        <w:t xml:space="preserve"> its partner?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Normal force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